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74FC4" w14:textId="4C259BEA" w:rsidR="004566B1" w:rsidRPr="0047235D" w:rsidRDefault="0018241B" w:rsidP="000222A4">
      <w:pPr>
        <w:pStyle w:val="Heading1"/>
        <w:spacing w:before="0" w:line="240" w:lineRule="auto"/>
        <w:jc w:val="center"/>
        <w:rPr>
          <w:rFonts w:ascii="Times New Roman" w:hAnsi="Times New Roman" w:cs="Times New Roman"/>
          <w:noProof/>
          <w:color w:val="auto"/>
          <w:sz w:val="24"/>
          <w:szCs w:val="24"/>
          <w:lang w:val="id-ID"/>
        </w:rPr>
      </w:pPr>
      <w:r w:rsidRPr="0047235D">
        <w:rPr>
          <w:rFonts w:ascii="Times New Roman" w:hAnsi="Times New Roman" w:cs="Times New Roman"/>
          <w:noProof/>
          <w:color w:val="auto"/>
          <w:sz w:val="24"/>
          <w:szCs w:val="24"/>
          <w:lang w:val="id-ID"/>
        </w:rPr>
        <w:t>IMPLEMENTASI MODEL LATIHAN BIPA BERBASIS AI UNTUK KETERAMPILAN BERBAHASA BAGI PENUTUR BAHASA RUSIA</w:t>
      </w:r>
    </w:p>
    <w:p w14:paraId="7A934655" w14:textId="303DAC42" w:rsidR="001D667B" w:rsidRPr="0059587C" w:rsidRDefault="00000000" w:rsidP="000222A4">
      <w:pPr>
        <w:spacing w:after="0" w:line="240" w:lineRule="auto"/>
        <w:jc w:val="both"/>
        <w:rPr>
          <w:rFonts w:ascii="Times New Roman" w:hAnsi="Times New Roman" w:cs="Times New Roman"/>
          <w:i/>
          <w:iCs/>
          <w:noProof/>
          <w:sz w:val="24"/>
          <w:szCs w:val="24"/>
          <w:lang w:val="id-ID"/>
        </w:rPr>
      </w:pPr>
      <w:r w:rsidRPr="0059587C">
        <w:rPr>
          <w:rFonts w:ascii="Times New Roman" w:hAnsi="Times New Roman" w:cs="Times New Roman"/>
          <w:i/>
          <w:iCs/>
          <w:noProof/>
          <w:sz w:val="24"/>
          <w:szCs w:val="24"/>
          <w:lang w:val="id-ID"/>
        </w:rPr>
        <w:t>Model Latihan Berbasis AI</w:t>
      </w:r>
      <w:r w:rsidR="00283566" w:rsidRPr="0059587C">
        <w:rPr>
          <w:rFonts w:ascii="Times New Roman" w:hAnsi="Times New Roman" w:cs="Times New Roman"/>
          <w:i/>
          <w:iCs/>
          <w:noProof/>
          <w:sz w:val="24"/>
          <w:szCs w:val="24"/>
          <w:lang w:val="id-ID"/>
        </w:rPr>
        <w:t xml:space="preserve"> dalam buku Bahasa Indonesia bagi Pemula A1 (penulis Safira Dinara Salsabila).</w:t>
      </w:r>
    </w:p>
    <w:p w14:paraId="7EFE2ED3" w14:textId="40D1D05E" w:rsidR="001D667B" w:rsidRPr="0059587C" w:rsidRDefault="00000000" w:rsidP="000222A4">
      <w:pPr>
        <w:spacing w:after="0" w:line="240" w:lineRule="auto"/>
        <w:jc w:val="both"/>
        <w:rPr>
          <w:rFonts w:ascii="Times New Roman" w:hAnsi="Times New Roman" w:cs="Times New Roman"/>
          <w:i/>
          <w:iCs/>
          <w:noProof/>
          <w:sz w:val="24"/>
          <w:szCs w:val="24"/>
          <w:lang w:val="id-ID"/>
        </w:rPr>
      </w:pPr>
      <w:r w:rsidRPr="0059587C">
        <w:rPr>
          <w:rFonts w:ascii="Times New Roman" w:hAnsi="Times New Roman" w:cs="Times New Roman"/>
          <w:i/>
          <w:iCs/>
          <w:noProof/>
          <w:sz w:val="24"/>
          <w:szCs w:val="24"/>
          <w:lang w:val="id-ID"/>
        </w:rPr>
        <w:t>Latihan Kosakata Tematik</w:t>
      </w:r>
      <w:r w:rsidR="00CA01EF" w:rsidRPr="0059587C">
        <w:rPr>
          <w:rFonts w:ascii="Times New Roman" w:hAnsi="Times New Roman" w:cs="Times New Roman"/>
          <w:i/>
          <w:iCs/>
          <w:noProof/>
          <w:sz w:val="24"/>
          <w:szCs w:val="24"/>
          <w:lang w:val="id-ID"/>
        </w:rPr>
        <w:t>.</w:t>
      </w:r>
    </w:p>
    <w:p w14:paraId="0FF03F80" w14:textId="77941108" w:rsidR="001D667B" w:rsidRPr="0059587C" w:rsidRDefault="00000000"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AI dapat menghasilkan kosakata yang relevan dengan kebutuhan penutur Rusia:</w:t>
      </w:r>
      <w:r w:rsidR="000016F0"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perjalanan,</w:t>
      </w:r>
      <w:r w:rsidR="000016F0" w:rsidRPr="0059587C">
        <w:rPr>
          <w:rFonts w:ascii="Times New Roman" w:hAnsi="Times New Roman" w:cs="Times New Roman"/>
          <w:noProof/>
          <w:sz w:val="24"/>
          <w:szCs w:val="24"/>
          <w:lang w:val="id-ID"/>
        </w:rPr>
        <w:t xml:space="preserve"> </w:t>
      </w:r>
      <w:r w:rsidR="00CA01EF" w:rsidRPr="0059587C">
        <w:rPr>
          <w:rFonts w:ascii="Times New Roman" w:hAnsi="Times New Roman" w:cs="Times New Roman"/>
          <w:noProof/>
          <w:sz w:val="24"/>
          <w:szCs w:val="24"/>
          <w:lang w:val="id-ID"/>
        </w:rPr>
        <w:t xml:space="preserve"> wisata,</w:t>
      </w:r>
      <w:r w:rsidRPr="0059587C">
        <w:rPr>
          <w:rFonts w:ascii="Times New Roman" w:hAnsi="Times New Roman" w:cs="Times New Roman"/>
          <w:noProof/>
          <w:sz w:val="24"/>
          <w:szCs w:val="24"/>
          <w:lang w:val="id-ID"/>
        </w:rPr>
        <w:t xml:space="preserve"> kehidupan akademik, bisnis, diplomasi, interaksi sehari-hari.</w:t>
      </w:r>
    </w:p>
    <w:p w14:paraId="163A2682" w14:textId="3EAADD66" w:rsidR="001D667B" w:rsidRPr="0059587C" w:rsidRDefault="00000000"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Contoh latihan</w:t>
      </w:r>
      <w:r w:rsidR="00283566" w:rsidRPr="0059587C">
        <w:rPr>
          <w:rFonts w:ascii="Times New Roman" w:hAnsi="Times New Roman" w:cs="Times New Roman"/>
          <w:noProof/>
          <w:sz w:val="24"/>
          <w:szCs w:val="24"/>
          <w:lang w:val="id-ID"/>
        </w:rPr>
        <w:t xml:space="preserve"> “Pilihan Ganda”</w:t>
      </w:r>
      <w:r w:rsidR="000016F0" w:rsidRPr="0059587C">
        <w:rPr>
          <w:rFonts w:ascii="Times New Roman" w:hAnsi="Times New Roman" w:cs="Times New Roman"/>
          <w:noProof/>
          <w:sz w:val="24"/>
          <w:szCs w:val="24"/>
          <w:lang w:val="id-ID"/>
        </w:rPr>
        <w:t xml:space="preserve"> (murid mencari kata/frasa yang benar)</w:t>
      </w:r>
      <w:r w:rsidRPr="0059587C">
        <w:rPr>
          <w:rFonts w:ascii="Times New Roman" w:hAnsi="Times New Roman" w:cs="Times New Roman"/>
          <w:noProof/>
          <w:sz w:val="24"/>
          <w:szCs w:val="24"/>
          <w:lang w:val="id-ID"/>
        </w:rPr>
        <w:t>:</w:t>
      </w:r>
    </w:p>
    <w:p w14:paraId="5A38BABB" w14:textId="0DBFD14A" w:rsidR="001D667B" w:rsidRPr="0059587C" w:rsidRDefault="00CA01EF"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drawing>
          <wp:inline distT="0" distB="0" distL="0" distR="0" wp14:anchorId="12CCC2E7" wp14:editId="7ACD9438">
            <wp:extent cx="5151802" cy="2762131"/>
            <wp:effectExtent l="0" t="0" r="0" b="635"/>
            <wp:docPr id="174212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21969" name=""/>
                    <pic:cNvPicPr/>
                  </pic:nvPicPr>
                  <pic:blipFill rotWithShape="1">
                    <a:blip r:embed="rId6"/>
                    <a:srcRect l="2488" t="4030" r="3600"/>
                    <a:stretch/>
                  </pic:blipFill>
                  <pic:spPr bwMode="auto">
                    <a:xfrm>
                      <a:off x="0" y="0"/>
                      <a:ext cx="5152394" cy="2762449"/>
                    </a:xfrm>
                    <a:prstGeom prst="rect">
                      <a:avLst/>
                    </a:prstGeom>
                    <a:ln>
                      <a:noFill/>
                    </a:ln>
                    <a:extLst>
                      <a:ext uri="{53640926-AAD7-44D8-BBD7-CCE9431645EC}">
                        <a14:shadowObscured xmlns:a14="http://schemas.microsoft.com/office/drawing/2010/main"/>
                      </a:ext>
                    </a:extLst>
                  </pic:spPr>
                </pic:pic>
              </a:graphicData>
            </a:graphic>
          </wp:inline>
        </w:drawing>
      </w:r>
    </w:p>
    <w:p w14:paraId="4D607F7C" w14:textId="60059930" w:rsidR="001D667B" w:rsidRPr="0059587C" w:rsidRDefault="000016F0"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Berdasarkan temuan penelitian dan pengalaman pribadi penulis makalah ini, penutur bahasa Rusia sering menilai bahwa beberapa latihan (termasuk Pilihan Ganda) terasa terlalu mudah.</w:t>
      </w:r>
    </w:p>
    <w:p w14:paraId="5F9CC153" w14:textId="76C9C0E5" w:rsidR="001D667B" w:rsidRPr="0059587C" w:rsidRDefault="00000000"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i/>
          <w:iCs/>
          <w:noProof/>
          <w:sz w:val="24"/>
          <w:szCs w:val="24"/>
          <w:lang w:val="id-ID"/>
        </w:rPr>
        <w:t>Latihan Tata Bahasa</w:t>
      </w:r>
      <w:r w:rsidR="00283566" w:rsidRPr="0059587C">
        <w:rPr>
          <w:rFonts w:ascii="Times New Roman" w:hAnsi="Times New Roman" w:cs="Times New Roman"/>
          <w:i/>
          <w:iCs/>
          <w:noProof/>
          <w:sz w:val="24"/>
          <w:szCs w:val="24"/>
          <w:lang w:val="id-ID"/>
        </w:rPr>
        <w:t>.</w:t>
      </w:r>
      <w:r w:rsidR="00283566"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AI dapat membuat latihan afiksasi sesuai kesalahan khas penutur Rusia.</w:t>
      </w:r>
      <w:r w:rsidR="00283566" w:rsidRPr="0059587C">
        <w:rPr>
          <w:rFonts w:ascii="Times New Roman" w:hAnsi="Times New Roman" w:cs="Times New Roman"/>
          <w:noProof/>
          <w:sz w:val="24"/>
          <w:szCs w:val="24"/>
          <w:lang w:val="id-ID"/>
        </w:rPr>
        <w:t xml:space="preserve"> Contoh Latihan penggunaan awalan BER</w:t>
      </w:r>
      <w:r w:rsidR="00283566" w:rsidRPr="0059587C">
        <w:rPr>
          <w:rFonts w:ascii="Times New Roman" w:hAnsi="Times New Roman" w:cs="Times New Roman"/>
          <w:b/>
          <w:bCs/>
          <w:noProof/>
          <w:sz w:val="24"/>
          <w:szCs w:val="24"/>
          <w:lang w:val="id-ID"/>
        </w:rPr>
        <w:t>-</w:t>
      </w:r>
      <w:r w:rsidR="00283566" w:rsidRPr="0059587C">
        <w:rPr>
          <w:rFonts w:ascii="Times New Roman" w:hAnsi="Times New Roman" w:cs="Times New Roman"/>
          <w:noProof/>
          <w:sz w:val="24"/>
          <w:szCs w:val="24"/>
          <w:lang w:val="id-ID"/>
        </w:rPr>
        <w:t xml:space="preserve"> (murid d</w:t>
      </w:r>
      <w:r w:rsidR="000016F0" w:rsidRPr="0059587C">
        <w:rPr>
          <w:rFonts w:ascii="Times New Roman" w:hAnsi="Times New Roman" w:cs="Times New Roman"/>
          <w:noProof/>
          <w:sz w:val="24"/>
          <w:szCs w:val="24"/>
          <w:lang w:val="id-ID"/>
        </w:rPr>
        <w:t>i</w:t>
      </w:r>
      <w:r w:rsidR="00283566" w:rsidRPr="0059587C">
        <w:rPr>
          <w:rFonts w:ascii="Times New Roman" w:hAnsi="Times New Roman" w:cs="Times New Roman"/>
          <w:noProof/>
          <w:sz w:val="24"/>
          <w:szCs w:val="24"/>
          <w:lang w:val="id-ID"/>
        </w:rPr>
        <w:t>minta</w:t>
      </w:r>
      <w:r w:rsidR="000016F0" w:rsidRPr="0059587C">
        <w:rPr>
          <w:rFonts w:ascii="Times New Roman" w:hAnsi="Times New Roman" w:cs="Times New Roman"/>
          <w:noProof/>
          <w:sz w:val="24"/>
          <w:szCs w:val="24"/>
          <w:lang w:val="id-ID"/>
        </w:rPr>
        <w:t xml:space="preserve"> untuk</w:t>
      </w:r>
      <w:r w:rsidR="00283566" w:rsidRPr="0059587C">
        <w:rPr>
          <w:rFonts w:ascii="Times New Roman" w:hAnsi="Times New Roman" w:cs="Times New Roman"/>
          <w:noProof/>
          <w:sz w:val="24"/>
          <w:szCs w:val="24"/>
          <w:lang w:val="id-ID"/>
        </w:rPr>
        <w:t xml:space="preserve"> mendeskripsikan gambar berikut</w:t>
      </w:r>
      <w:r w:rsidR="000016F0" w:rsidRPr="0059587C">
        <w:rPr>
          <w:rFonts w:ascii="Times New Roman" w:hAnsi="Times New Roman" w:cs="Times New Roman"/>
          <w:noProof/>
          <w:sz w:val="24"/>
          <w:szCs w:val="24"/>
          <w:lang w:val="id-ID"/>
        </w:rPr>
        <w:t xml:space="preserve"> menggunakan awalan BER-. Gambar ini</w:t>
      </w:r>
      <w:r w:rsidR="00283566" w:rsidRPr="0059587C">
        <w:rPr>
          <w:rFonts w:ascii="Times New Roman" w:hAnsi="Times New Roman" w:cs="Times New Roman"/>
          <w:noProof/>
          <w:sz w:val="24"/>
          <w:szCs w:val="24"/>
          <w:lang w:val="id-ID"/>
        </w:rPr>
        <w:t xml:space="preserve"> dibuat menggunakan ChatGPT dan Canva):</w:t>
      </w:r>
    </w:p>
    <w:p w14:paraId="372A5094" w14:textId="161D3DB5" w:rsidR="001D667B" w:rsidRPr="0059587C" w:rsidRDefault="00283566"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drawing>
          <wp:inline distT="0" distB="0" distL="0" distR="0" wp14:anchorId="6D009384" wp14:editId="3C031F03">
            <wp:extent cx="3952875" cy="2948643"/>
            <wp:effectExtent l="0" t="0" r="0" b="4445"/>
            <wp:docPr id="187786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68552" name=""/>
                    <pic:cNvPicPr/>
                  </pic:nvPicPr>
                  <pic:blipFill>
                    <a:blip r:embed="rId7"/>
                    <a:stretch>
                      <a:fillRect/>
                    </a:stretch>
                  </pic:blipFill>
                  <pic:spPr>
                    <a:xfrm>
                      <a:off x="0" y="0"/>
                      <a:ext cx="3963742" cy="2956749"/>
                    </a:xfrm>
                    <a:prstGeom prst="rect">
                      <a:avLst/>
                    </a:prstGeom>
                  </pic:spPr>
                </pic:pic>
              </a:graphicData>
            </a:graphic>
          </wp:inline>
        </w:drawing>
      </w:r>
    </w:p>
    <w:p w14:paraId="6D621F65" w14:textId="1E3D615B" w:rsidR="001D667B" w:rsidRPr="0059587C" w:rsidRDefault="00283566"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 xml:space="preserve">Contoh latihan </w:t>
      </w:r>
      <w:r w:rsidR="009C7AF1" w:rsidRPr="0059587C">
        <w:rPr>
          <w:rFonts w:ascii="Times New Roman" w:hAnsi="Times New Roman" w:cs="Times New Roman"/>
          <w:noProof/>
          <w:sz w:val="24"/>
          <w:szCs w:val="24"/>
          <w:lang w:val="id-ID"/>
        </w:rPr>
        <w:t>“Mencari kesalahan</w:t>
      </w:r>
      <w:r w:rsidR="00D55045" w:rsidRPr="0059587C">
        <w:rPr>
          <w:rFonts w:ascii="Times New Roman" w:hAnsi="Times New Roman" w:cs="Times New Roman"/>
          <w:noProof/>
          <w:sz w:val="24"/>
          <w:szCs w:val="24"/>
          <w:lang w:val="id-ID"/>
        </w:rPr>
        <w:t xml:space="preserve"> dan tulislah kalimat yang benar</w:t>
      </w:r>
      <w:r w:rsidR="009C7AF1" w:rsidRPr="0059587C">
        <w:rPr>
          <w:rFonts w:ascii="Times New Roman" w:hAnsi="Times New Roman" w:cs="Times New Roman"/>
          <w:noProof/>
          <w:sz w:val="24"/>
          <w:szCs w:val="24"/>
          <w:lang w:val="id-ID"/>
        </w:rPr>
        <w:t>” (</w:t>
      </w:r>
      <w:r w:rsidR="004C3CF7" w:rsidRPr="0059587C">
        <w:rPr>
          <w:rFonts w:ascii="Times New Roman" w:hAnsi="Times New Roman" w:cs="Times New Roman"/>
          <w:noProof/>
          <w:sz w:val="24"/>
          <w:szCs w:val="24"/>
          <w:lang w:val="id-ID"/>
        </w:rPr>
        <w:t xml:space="preserve">dibuat dengan </w:t>
      </w:r>
      <w:r w:rsidR="009C7AF1" w:rsidRPr="0059587C">
        <w:rPr>
          <w:rFonts w:ascii="Times New Roman" w:hAnsi="Times New Roman" w:cs="Times New Roman"/>
          <w:noProof/>
          <w:sz w:val="24"/>
          <w:szCs w:val="24"/>
          <w:lang w:val="id-ID"/>
        </w:rPr>
        <w:t>ChatGPT</w:t>
      </w:r>
      <w:r w:rsidR="004C3CF7" w:rsidRPr="0059587C">
        <w:rPr>
          <w:rFonts w:ascii="Times New Roman" w:hAnsi="Times New Roman" w:cs="Times New Roman"/>
          <w:noProof/>
          <w:sz w:val="24"/>
          <w:szCs w:val="24"/>
          <w:lang w:val="id-ID"/>
        </w:rPr>
        <w:t>, murid diminta untuk mencari kesalahan penggunaan awalan ME-</w:t>
      </w:r>
      <w:r w:rsidR="009C7AF1" w:rsidRPr="0059587C">
        <w:rPr>
          <w:rFonts w:ascii="Times New Roman" w:hAnsi="Times New Roman" w:cs="Times New Roman"/>
          <w:noProof/>
          <w:sz w:val="24"/>
          <w:szCs w:val="24"/>
          <w:lang w:val="id-ID"/>
        </w:rPr>
        <w:t>):</w:t>
      </w:r>
    </w:p>
    <w:p w14:paraId="736256EF" w14:textId="37ECB30C" w:rsidR="00283566" w:rsidRPr="0059587C" w:rsidRDefault="00283566"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lastRenderedPageBreak/>
        <w:drawing>
          <wp:inline distT="0" distB="0" distL="0" distR="0" wp14:anchorId="0E9D9659" wp14:editId="4400C11A">
            <wp:extent cx="5038725" cy="1154708"/>
            <wp:effectExtent l="0" t="0" r="0" b="7620"/>
            <wp:docPr id="113998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84828" name=""/>
                    <pic:cNvPicPr/>
                  </pic:nvPicPr>
                  <pic:blipFill rotWithShape="1">
                    <a:blip r:embed="rId8"/>
                    <a:srcRect b="15240"/>
                    <a:stretch/>
                  </pic:blipFill>
                  <pic:spPr bwMode="auto">
                    <a:xfrm>
                      <a:off x="0" y="0"/>
                      <a:ext cx="5052635" cy="1157896"/>
                    </a:xfrm>
                    <a:prstGeom prst="rect">
                      <a:avLst/>
                    </a:prstGeom>
                    <a:ln>
                      <a:noFill/>
                    </a:ln>
                    <a:extLst>
                      <a:ext uri="{53640926-AAD7-44D8-BBD7-CCE9431645EC}">
                        <a14:shadowObscured xmlns:a14="http://schemas.microsoft.com/office/drawing/2010/main"/>
                      </a:ext>
                    </a:extLst>
                  </pic:spPr>
                </pic:pic>
              </a:graphicData>
            </a:graphic>
          </wp:inline>
        </w:drawing>
      </w:r>
    </w:p>
    <w:p w14:paraId="1386895B" w14:textId="041D64B3" w:rsidR="001D667B" w:rsidRPr="0059587C" w:rsidRDefault="00000000" w:rsidP="000222A4">
      <w:pPr>
        <w:spacing w:after="0" w:line="240" w:lineRule="auto"/>
        <w:rPr>
          <w:rFonts w:ascii="Times New Roman" w:hAnsi="Times New Roman" w:cs="Times New Roman"/>
          <w:noProof/>
          <w:sz w:val="24"/>
          <w:szCs w:val="24"/>
          <w:lang w:val="id-ID"/>
        </w:rPr>
      </w:pPr>
      <w:r w:rsidRPr="0059587C">
        <w:rPr>
          <w:rFonts w:ascii="Times New Roman" w:hAnsi="Times New Roman" w:cs="Times New Roman"/>
          <w:i/>
          <w:iCs/>
          <w:noProof/>
          <w:sz w:val="24"/>
          <w:szCs w:val="24"/>
          <w:lang w:val="id-ID"/>
        </w:rPr>
        <w:t xml:space="preserve">Latihan </w:t>
      </w:r>
      <w:r w:rsidR="009C7AF1" w:rsidRPr="0059587C">
        <w:rPr>
          <w:rFonts w:ascii="Times New Roman" w:hAnsi="Times New Roman" w:cs="Times New Roman"/>
          <w:i/>
          <w:iCs/>
          <w:noProof/>
          <w:sz w:val="24"/>
          <w:szCs w:val="24"/>
          <w:lang w:val="id-ID"/>
        </w:rPr>
        <w:t>Percakapan</w:t>
      </w:r>
      <w:r w:rsidRPr="0059587C">
        <w:rPr>
          <w:rFonts w:ascii="Times New Roman" w:hAnsi="Times New Roman" w:cs="Times New Roman"/>
          <w:i/>
          <w:iCs/>
          <w:noProof/>
          <w:sz w:val="24"/>
          <w:szCs w:val="24"/>
          <w:lang w:val="id-ID"/>
        </w:rPr>
        <w:t xml:space="preserve"> Kontekstual</w:t>
      </w:r>
      <w:r w:rsidR="00534E8A" w:rsidRPr="0059587C">
        <w:rPr>
          <w:rFonts w:ascii="Times New Roman" w:hAnsi="Times New Roman" w:cs="Times New Roman"/>
          <w:i/>
          <w:iCs/>
          <w:noProof/>
          <w:sz w:val="24"/>
          <w:szCs w:val="24"/>
          <w:lang w:val="id-ID"/>
        </w:rPr>
        <w:t xml:space="preserve">. </w:t>
      </w:r>
      <w:r w:rsidRPr="0059587C">
        <w:rPr>
          <w:rFonts w:ascii="Times New Roman" w:hAnsi="Times New Roman" w:cs="Times New Roman"/>
          <w:noProof/>
          <w:sz w:val="24"/>
          <w:szCs w:val="24"/>
          <w:lang w:val="id-ID"/>
        </w:rPr>
        <w:t xml:space="preserve">AI membantu membuat </w:t>
      </w:r>
      <w:r w:rsidR="009C7AF1" w:rsidRPr="0059587C">
        <w:rPr>
          <w:rFonts w:ascii="Times New Roman" w:hAnsi="Times New Roman" w:cs="Times New Roman"/>
          <w:noProof/>
          <w:sz w:val="24"/>
          <w:szCs w:val="24"/>
          <w:lang w:val="id-ID"/>
        </w:rPr>
        <w:t>percakapan (termasuk</w:t>
      </w:r>
      <w:r w:rsidRPr="0059587C">
        <w:rPr>
          <w:rFonts w:ascii="Times New Roman" w:hAnsi="Times New Roman" w:cs="Times New Roman"/>
          <w:noProof/>
          <w:sz w:val="24"/>
          <w:szCs w:val="24"/>
          <w:lang w:val="id-ID"/>
        </w:rPr>
        <w:t xml:space="preserve"> lintas budaya</w:t>
      </w:r>
      <w:r w:rsidR="009C7AF1" w:rsidRPr="0059587C">
        <w:rPr>
          <w:rFonts w:ascii="Times New Roman" w:hAnsi="Times New Roman" w:cs="Times New Roman"/>
          <w:noProof/>
          <w:sz w:val="24"/>
          <w:szCs w:val="24"/>
          <w:lang w:val="id-ID"/>
        </w:rPr>
        <w:t>)</w:t>
      </w:r>
      <w:r w:rsidRPr="0059587C">
        <w:rPr>
          <w:rFonts w:ascii="Times New Roman" w:hAnsi="Times New Roman" w:cs="Times New Roman"/>
          <w:noProof/>
          <w:sz w:val="24"/>
          <w:szCs w:val="24"/>
          <w:lang w:val="id-ID"/>
        </w:rPr>
        <w:t>.</w:t>
      </w:r>
    </w:p>
    <w:p w14:paraId="00FF722E" w14:textId="5E92BCAC" w:rsidR="001D667B" w:rsidRPr="0059587C" w:rsidRDefault="009C7AF1"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drawing>
          <wp:inline distT="0" distB="0" distL="0" distR="0" wp14:anchorId="3E5D08B9" wp14:editId="12416185">
            <wp:extent cx="4920018" cy="2944064"/>
            <wp:effectExtent l="0" t="0" r="0" b="8890"/>
            <wp:docPr id="50595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53610" name=""/>
                    <pic:cNvPicPr/>
                  </pic:nvPicPr>
                  <pic:blipFill rotWithShape="1">
                    <a:blip r:embed="rId9"/>
                    <a:srcRect t="2433"/>
                    <a:stretch/>
                  </pic:blipFill>
                  <pic:spPr bwMode="auto">
                    <a:xfrm>
                      <a:off x="0" y="0"/>
                      <a:ext cx="4933351" cy="2952043"/>
                    </a:xfrm>
                    <a:prstGeom prst="rect">
                      <a:avLst/>
                    </a:prstGeom>
                    <a:ln>
                      <a:noFill/>
                    </a:ln>
                    <a:extLst>
                      <a:ext uri="{53640926-AAD7-44D8-BBD7-CCE9431645EC}">
                        <a14:shadowObscured xmlns:a14="http://schemas.microsoft.com/office/drawing/2010/main"/>
                      </a:ext>
                    </a:extLst>
                  </pic:spPr>
                </pic:pic>
              </a:graphicData>
            </a:graphic>
          </wp:inline>
        </w:drawing>
      </w:r>
    </w:p>
    <w:p w14:paraId="1B0B9EBA" w14:textId="2C8FAB55" w:rsidR="001D667B" w:rsidRPr="0059587C" w:rsidRDefault="00000000" w:rsidP="000222A4">
      <w:pPr>
        <w:spacing w:after="0" w:line="240" w:lineRule="auto"/>
        <w:rPr>
          <w:rFonts w:ascii="Times New Roman" w:hAnsi="Times New Roman" w:cs="Times New Roman"/>
          <w:noProof/>
          <w:sz w:val="24"/>
          <w:szCs w:val="24"/>
          <w:lang w:val="id-ID"/>
        </w:rPr>
      </w:pPr>
      <w:r w:rsidRPr="0059587C">
        <w:rPr>
          <w:rFonts w:ascii="Times New Roman" w:hAnsi="Times New Roman" w:cs="Times New Roman"/>
          <w:i/>
          <w:iCs/>
          <w:noProof/>
          <w:sz w:val="24"/>
          <w:szCs w:val="24"/>
          <w:lang w:val="id-ID"/>
        </w:rPr>
        <w:t>Aktivitas Komunikatif</w:t>
      </w:r>
      <w:r w:rsidR="00534E8A" w:rsidRPr="0059587C">
        <w:rPr>
          <w:rFonts w:ascii="Times New Roman" w:hAnsi="Times New Roman" w:cs="Times New Roman"/>
          <w:i/>
          <w:iCs/>
          <w:noProof/>
          <w:sz w:val="24"/>
          <w:szCs w:val="24"/>
          <w:lang w:val="id-ID"/>
        </w:rPr>
        <w:t xml:space="preserve">: </w:t>
      </w:r>
      <w:r w:rsidRPr="0059587C">
        <w:rPr>
          <w:rFonts w:ascii="Times New Roman" w:hAnsi="Times New Roman" w:cs="Times New Roman"/>
          <w:noProof/>
          <w:sz w:val="24"/>
          <w:szCs w:val="24"/>
          <w:lang w:val="id-ID"/>
        </w:rPr>
        <w:t>a. Role-play</w:t>
      </w:r>
      <w:r w:rsidR="00534E8A"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b. Problem solving task</w:t>
      </w:r>
      <w:r w:rsidR="00534E8A"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c. Diskusi lintas budaya Indonesia–Rusia</w:t>
      </w:r>
      <w:r w:rsidR="00534E8A"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d. Simulasi profesional (bisnis, pariwisata, diplomasi)</w:t>
      </w:r>
      <w:r w:rsidR="00534E8A" w:rsidRPr="0059587C">
        <w:rPr>
          <w:rFonts w:ascii="Times New Roman" w:hAnsi="Times New Roman" w:cs="Times New Roman"/>
          <w:noProof/>
          <w:sz w:val="24"/>
          <w:szCs w:val="24"/>
          <w:lang w:val="id-ID"/>
        </w:rPr>
        <w:t>.</w:t>
      </w:r>
    </w:p>
    <w:p w14:paraId="6352F3C8" w14:textId="6D572BC4" w:rsidR="0070415C" w:rsidRPr="0059587C" w:rsidRDefault="0070415C"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i/>
          <w:iCs/>
          <w:noProof/>
          <w:sz w:val="24"/>
          <w:szCs w:val="24"/>
          <w:lang w:val="id-ID"/>
        </w:rPr>
        <w:t>Latihan keterampilan MEMBACA</w:t>
      </w:r>
      <w:r w:rsidR="004C3CF7" w:rsidRPr="0059587C">
        <w:rPr>
          <w:rFonts w:ascii="Times New Roman" w:hAnsi="Times New Roman" w:cs="Times New Roman"/>
          <w:i/>
          <w:iCs/>
          <w:noProof/>
          <w:sz w:val="24"/>
          <w:szCs w:val="24"/>
          <w:lang w:val="id-ID"/>
        </w:rPr>
        <w:t>.</w:t>
      </w:r>
      <w:r w:rsidR="004C3CF7" w:rsidRPr="0059587C">
        <w:rPr>
          <w:rFonts w:ascii="Times New Roman" w:hAnsi="Times New Roman" w:cs="Times New Roman"/>
          <w:noProof/>
          <w:sz w:val="24"/>
          <w:szCs w:val="24"/>
          <w:lang w:val="id-ID"/>
        </w:rPr>
        <w:t xml:space="preserve"> Contoh latihan ini digunakan agar murid yang telah diajarin kosakata rumah dan kata depan, membaca teks tersebut, mencoba menerjemahkannya sendiri ke Bahasa Rusia (terjemahan teks tertutup dahulu), mengingat dan mengerti letak kata depan dalam kalimat Bahasa Indonesia.</w:t>
      </w:r>
    </w:p>
    <w:p w14:paraId="53EB14B4" w14:textId="1F3C36F4" w:rsidR="0070415C" w:rsidRPr="0059587C" w:rsidRDefault="0070415C"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lastRenderedPageBreak/>
        <w:drawing>
          <wp:inline distT="0" distB="0" distL="0" distR="0" wp14:anchorId="6414EC61" wp14:editId="11BD38DB">
            <wp:extent cx="5296639" cy="5372850"/>
            <wp:effectExtent l="0" t="0" r="0" b="0"/>
            <wp:docPr id="78773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32783" name=""/>
                    <pic:cNvPicPr/>
                  </pic:nvPicPr>
                  <pic:blipFill>
                    <a:blip r:embed="rId10"/>
                    <a:stretch>
                      <a:fillRect/>
                    </a:stretch>
                  </pic:blipFill>
                  <pic:spPr>
                    <a:xfrm>
                      <a:off x="0" y="0"/>
                      <a:ext cx="5296639" cy="5372850"/>
                    </a:xfrm>
                    <a:prstGeom prst="rect">
                      <a:avLst/>
                    </a:prstGeom>
                  </pic:spPr>
                </pic:pic>
              </a:graphicData>
            </a:graphic>
          </wp:inline>
        </w:drawing>
      </w:r>
    </w:p>
    <w:p w14:paraId="45500047" w14:textId="0E1D1D99" w:rsidR="0070415C" w:rsidRPr="0059587C" w:rsidRDefault="0070415C" w:rsidP="000222A4">
      <w:pPr>
        <w:spacing w:after="0" w:line="240" w:lineRule="auto"/>
        <w:rPr>
          <w:rFonts w:ascii="Times New Roman" w:hAnsi="Times New Roman" w:cs="Times New Roman"/>
          <w:noProof/>
          <w:sz w:val="24"/>
          <w:szCs w:val="24"/>
          <w:lang w:val="id-ID"/>
        </w:rPr>
      </w:pPr>
      <w:r w:rsidRPr="0059587C">
        <w:rPr>
          <w:rFonts w:ascii="Times New Roman" w:hAnsi="Times New Roman" w:cs="Times New Roman"/>
          <w:i/>
          <w:iCs/>
          <w:noProof/>
          <w:sz w:val="24"/>
          <w:szCs w:val="24"/>
          <w:lang w:val="id-ID"/>
        </w:rPr>
        <w:t>Latihan keterampilan MENDENGARKAN</w:t>
      </w:r>
      <w:r w:rsidR="006202AE" w:rsidRPr="0059587C">
        <w:rPr>
          <w:rFonts w:ascii="Times New Roman" w:hAnsi="Times New Roman" w:cs="Times New Roman"/>
          <w:i/>
          <w:iCs/>
          <w:noProof/>
          <w:sz w:val="24"/>
          <w:szCs w:val="24"/>
          <w:lang w:val="id-ID"/>
        </w:rPr>
        <w:t>.</w:t>
      </w:r>
      <w:r w:rsidR="006202AE" w:rsidRPr="0059587C">
        <w:rPr>
          <w:rFonts w:ascii="Times New Roman" w:hAnsi="Times New Roman" w:cs="Times New Roman"/>
          <w:noProof/>
          <w:sz w:val="24"/>
          <w:szCs w:val="24"/>
          <w:lang w:val="id-ID"/>
        </w:rPr>
        <w:t xml:space="preserve"> Pada contoh latihan ini murid diminta untuk </w:t>
      </w:r>
      <w:r w:rsidR="000016F0" w:rsidRPr="0059587C">
        <w:rPr>
          <w:rFonts w:ascii="Times New Roman" w:hAnsi="Times New Roman" w:cs="Times New Roman"/>
          <w:noProof/>
          <w:sz w:val="24"/>
          <w:szCs w:val="24"/>
          <w:lang w:val="id-ID"/>
        </w:rPr>
        <w:t>menyimak</w:t>
      </w:r>
      <w:r w:rsidR="006202AE" w:rsidRPr="0059587C">
        <w:rPr>
          <w:rFonts w:ascii="Times New Roman" w:hAnsi="Times New Roman" w:cs="Times New Roman"/>
          <w:noProof/>
          <w:sz w:val="24"/>
          <w:szCs w:val="24"/>
          <w:lang w:val="id-ID"/>
        </w:rPr>
        <w:t xml:space="preserve"> audio yang discan dari QR-kode dan mencari </w:t>
      </w:r>
      <w:r w:rsidR="000016F0" w:rsidRPr="0059587C">
        <w:rPr>
          <w:rFonts w:ascii="Times New Roman" w:hAnsi="Times New Roman" w:cs="Times New Roman"/>
          <w:noProof/>
          <w:sz w:val="24"/>
          <w:szCs w:val="24"/>
          <w:lang w:val="id-ID"/>
        </w:rPr>
        <w:t xml:space="preserve">harga </w:t>
      </w:r>
      <w:r w:rsidR="006202AE" w:rsidRPr="0059587C">
        <w:rPr>
          <w:rFonts w:ascii="Times New Roman" w:hAnsi="Times New Roman" w:cs="Times New Roman"/>
          <w:noProof/>
          <w:sz w:val="24"/>
          <w:szCs w:val="24"/>
          <w:lang w:val="id-ID"/>
        </w:rPr>
        <w:t xml:space="preserve">8 </w:t>
      </w:r>
      <w:r w:rsidR="000016F0" w:rsidRPr="0059587C">
        <w:rPr>
          <w:rFonts w:ascii="Times New Roman" w:hAnsi="Times New Roman" w:cs="Times New Roman"/>
          <w:noProof/>
          <w:sz w:val="24"/>
          <w:szCs w:val="24"/>
          <w:lang w:val="id-ID"/>
        </w:rPr>
        <w:t>mobil.</w:t>
      </w:r>
      <w:r w:rsidR="00AB5DF0" w:rsidRPr="0059587C">
        <w:rPr>
          <w:rFonts w:ascii="Times New Roman" w:hAnsi="Times New Roman" w:cs="Times New Roman"/>
          <w:noProof/>
          <w:sz w:val="24"/>
          <w:szCs w:val="24"/>
          <w:lang w:val="id-ID"/>
        </w:rPr>
        <w:t xml:space="preserve"> Murid sudah dapat diajarin angka-angka.</w:t>
      </w:r>
    </w:p>
    <w:p w14:paraId="3AF315A9" w14:textId="1C322D91" w:rsidR="004B2FA9" w:rsidRPr="0059587C" w:rsidRDefault="004B2FA9"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lastRenderedPageBreak/>
        <w:drawing>
          <wp:inline distT="0" distB="0" distL="0" distR="0" wp14:anchorId="4C0AC3DB" wp14:editId="3286291B">
            <wp:extent cx="5153744" cy="5944430"/>
            <wp:effectExtent l="0" t="0" r="8890" b="0"/>
            <wp:docPr id="59132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29616" name=""/>
                    <pic:cNvPicPr/>
                  </pic:nvPicPr>
                  <pic:blipFill>
                    <a:blip r:embed="rId11"/>
                    <a:stretch>
                      <a:fillRect/>
                    </a:stretch>
                  </pic:blipFill>
                  <pic:spPr>
                    <a:xfrm>
                      <a:off x="0" y="0"/>
                      <a:ext cx="5153744" cy="5944430"/>
                    </a:xfrm>
                    <a:prstGeom prst="rect">
                      <a:avLst/>
                    </a:prstGeom>
                  </pic:spPr>
                </pic:pic>
              </a:graphicData>
            </a:graphic>
          </wp:inline>
        </w:drawing>
      </w:r>
    </w:p>
    <w:p w14:paraId="406140FA" w14:textId="0B4D6056" w:rsidR="00443942" w:rsidRPr="0059587C" w:rsidRDefault="007A381B"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Audio untuk latihan ini dibuat dengan aplikasi TTSMaker dan ME-QR.</w:t>
      </w:r>
      <w:r w:rsidR="00534E8A" w:rsidRPr="0059587C">
        <w:rPr>
          <w:rFonts w:ascii="Times New Roman" w:hAnsi="Times New Roman" w:cs="Times New Roman"/>
          <w:noProof/>
          <w:sz w:val="24"/>
          <w:szCs w:val="24"/>
          <w:lang w:val="id-ID"/>
        </w:rPr>
        <w:t xml:space="preserve"> </w:t>
      </w:r>
      <w:r w:rsidR="00443942" w:rsidRPr="0059587C">
        <w:rPr>
          <w:rFonts w:ascii="Times New Roman" w:hAnsi="Times New Roman" w:cs="Times New Roman"/>
          <w:noProof/>
          <w:sz w:val="24"/>
          <w:szCs w:val="24"/>
          <w:lang w:val="id-ID"/>
        </w:rPr>
        <w:t xml:space="preserve">Menurut pengalaman pribadi penulis </w:t>
      </w:r>
      <w:r w:rsidR="00534E8A" w:rsidRPr="0059587C">
        <w:rPr>
          <w:rFonts w:ascii="Times New Roman" w:hAnsi="Times New Roman" w:cs="Times New Roman"/>
          <w:noProof/>
          <w:sz w:val="24"/>
          <w:szCs w:val="24"/>
          <w:lang w:val="id-ID"/>
        </w:rPr>
        <w:t>artikel</w:t>
      </w:r>
      <w:r w:rsidR="00443942" w:rsidRPr="0059587C">
        <w:rPr>
          <w:rFonts w:ascii="Times New Roman" w:hAnsi="Times New Roman" w:cs="Times New Roman"/>
          <w:noProof/>
          <w:sz w:val="24"/>
          <w:szCs w:val="24"/>
          <w:lang w:val="id-ID"/>
        </w:rPr>
        <w:t xml:space="preserve"> ini, penutur bahasa Rusia mengalami kesulitan dalam memahami tuturan penutur bahasa Indonesia. Ada beberapa alasan, misalnya kecepatan bicara, keberagaman dialek penutur bahasa Indonesia, penggunaan bahasa gaul, bahasa kolokial, serta singkatan kata maupun frasa.</w:t>
      </w:r>
    </w:p>
    <w:p w14:paraId="3F9FB137" w14:textId="201D6E65" w:rsidR="0070415C" w:rsidRPr="0059587C" w:rsidRDefault="0070415C" w:rsidP="000222A4">
      <w:pPr>
        <w:spacing w:after="0" w:line="240" w:lineRule="auto"/>
        <w:rPr>
          <w:rFonts w:ascii="Times New Roman" w:hAnsi="Times New Roman" w:cs="Times New Roman"/>
          <w:noProof/>
          <w:sz w:val="24"/>
          <w:szCs w:val="24"/>
          <w:lang w:val="id-ID"/>
        </w:rPr>
      </w:pPr>
      <w:r w:rsidRPr="0059587C">
        <w:rPr>
          <w:rFonts w:ascii="Times New Roman" w:hAnsi="Times New Roman" w:cs="Times New Roman"/>
          <w:i/>
          <w:iCs/>
          <w:noProof/>
          <w:sz w:val="24"/>
          <w:szCs w:val="24"/>
          <w:lang w:val="id-ID"/>
        </w:rPr>
        <w:t>Latihan keterampilan MENULIS</w:t>
      </w:r>
      <w:r w:rsidR="000016F0" w:rsidRPr="0059587C">
        <w:rPr>
          <w:rFonts w:ascii="Times New Roman" w:hAnsi="Times New Roman" w:cs="Times New Roman"/>
          <w:i/>
          <w:iCs/>
          <w:noProof/>
          <w:sz w:val="24"/>
          <w:szCs w:val="24"/>
          <w:lang w:val="id-ID"/>
        </w:rPr>
        <w:t>.</w:t>
      </w:r>
      <w:r w:rsidR="000016F0" w:rsidRPr="0059587C">
        <w:rPr>
          <w:rFonts w:ascii="Times New Roman" w:hAnsi="Times New Roman" w:cs="Times New Roman"/>
          <w:noProof/>
          <w:sz w:val="24"/>
          <w:szCs w:val="24"/>
          <w:lang w:val="id-ID"/>
        </w:rPr>
        <w:t xml:space="preserve"> Pada contoh latihan berikut murid diminta untuk menerjemahkan kata-kata yang ditulis dalam Bahasa Rusia ke Bahasa Indonesia.</w:t>
      </w:r>
      <w:r w:rsidR="004C3CF7" w:rsidRPr="0059587C">
        <w:rPr>
          <w:rFonts w:ascii="Times New Roman" w:hAnsi="Times New Roman" w:cs="Times New Roman"/>
          <w:noProof/>
          <w:sz w:val="24"/>
          <w:szCs w:val="24"/>
          <w:lang w:val="id-ID"/>
        </w:rPr>
        <w:t xml:space="preserve"> Setelah itu memecahkan teka-tekinya.</w:t>
      </w:r>
    </w:p>
    <w:p w14:paraId="2600CE71" w14:textId="3108EE66" w:rsidR="004B2FA9" w:rsidRPr="0059587C" w:rsidRDefault="004B2FA9"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lastRenderedPageBreak/>
        <w:drawing>
          <wp:inline distT="0" distB="0" distL="0" distR="0" wp14:anchorId="3EAE86B0" wp14:editId="71D5129B">
            <wp:extent cx="4612943" cy="3527513"/>
            <wp:effectExtent l="0" t="0" r="0" b="0"/>
            <wp:docPr id="93475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53214" name=""/>
                    <pic:cNvPicPr/>
                  </pic:nvPicPr>
                  <pic:blipFill>
                    <a:blip r:embed="rId12"/>
                    <a:stretch>
                      <a:fillRect/>
                    </a:stretch>
                  </pic:blipFill>
                  <pic:spPr>
                    <a:xfrm>
                      <a:off x="0" y="0"/>
                      <a:ext cx="4622492" cy="3534815"/>
                    </a:xfrm>
                    <a:prstGeom prst="rect">
                      <a:avLst/>
                    </a:prstGeom>
                  </pic:spPr>
                </pic:pic>
              </a:graphicData>
            </a:graphic>
          </wp:inline>
        </w:drawing>
      </w:r>
    </w:p>
    <w:p w14:paraId="5E9D2817" w14:textId="53D5CF56" w:rsidR="007A381B" w:rsidRPr="0059587C" w:rsidRDefault="007A381B" w:rsidP="000222A4">
      <w:pPr>
        <w:spacing w:after="0" w:line="240" w:lineRule="auto"/>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Latihan ini dibuat menggunakan aplikasi Wordize.</w:t>
      </w:r>
    </w:p>
    <w:p w14:paraId="1CCF742D" w14:textId="29BD631D" w:rsidR="0070415C" w:rsidRPr="0059587C" w:rsidRDefault="0070415C" w:rsidP="000222A4">
      <w:pPr>
        <w:spacing w:after="0" w:line="240" w:lineRule="auto"/>
        <w:rPr>
          <w:rFonts w:ascii="Times New Roman" w:hAnsi="Times New Roman" w:cs="Times New Roman"/>
          <w:noProof/>
          <w:sz w:val="24"/>
          <w:szCs w:val="24"/>
          <w:lang w:val="id-ID"/>
        </w:rPr>
      </w:pPr>
      <w:r w:rsidRPr="0059587C">
        <w:rPr>
          <w:rFonts w:ascii="Times New Roman" w:hAnsi="Times New Roman" w:cs="Times New Roman"/>
          <w:i/>
          <w:iCs/>
          <w:noProof/>
          <w:sz w:val="24"/>
          <w:szCs w:val="24"/>
          <w:lang w:val="id-ID"/>
        </w:rPr>
        <w:t>Latihan keterampilan BERBICARA</w:t>
      </w:r>
      <w:r w:rsidR="006202AE" w:rsidRPr="0059587C">
        <w:rPr>
          <w:rFonts w:ascii="Times New Roman" w:hAnsi="Times New Roman" w:cs="Times New Roman"/>
          <w:i/>
          <w:iCs/>
          <w:noProof/>
          <w:sz w:val="24"/>
          <w:szCs w:val="24"/>
          <w:lang w:val="id-ID"/>
        </w:rPr>
        <w:t>.</w:t>
      </w:r>
      <w:r w:rsidR="006202AE" w:rsidRPr="0059587C">
        <w:rPr>
          <w:rFonts w:ascii="Times New Roman" w:hAnsi="Times New Roman" w:cs="Times New Roman"/>
          <w:noProof/>
          <w:sz w:val="24"/>
          <w:szCs w:val="24"/>
          <w:lang w:val="id-ID"/>
        </w:rPr>
        <w:t xml:space="preserve"> Pada contoh latihan berikut murid diminta melengkapi kalimat-kalimat dengan kata yang sesuai gambar (kata sifat warna/ukuran, kata perbandingan).</w:t>
      </w:r>
    </w:p>
    <w:p w14:paraId="3F103F07" w14:textId="7DD87DAC" w:rsidR="004B2FA9" w:rsidRPr="0059587C" w:rsidRDefault="004B2FA9"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drawing>
          <wp:inline distT="0" distB="0" distL="0" distR="0" wp14:anchorId="755A1A2E" wp14:editId="2F2C68D0">
            <wp:extent cx="5486400" cy="2699385"/>
            <wp:effectExtent l="0" t="0" r="0" b="5715"/>
            <wp:docPr id="200852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27169" name=""/>
                    <pic:cNvPicPr/>
                  </pic:nvPicPr>
                  <pic:blipFill>
                    <a:blip r:embed="rId13"/>
                    <a:stretch>
                      <a:fillRect/>
                    </a:stretch>
                  </pic:blipFill>
                  <pic:spPr>
                    <a:xfrm>
                      <a:off x="0" y="0"/>
                      <a:ext cx="5486400" cy="2699385"/>
                    </a:xfrm>
                    <a:prstGeom prst="rect">
                      <a:avLst/>
                    </a:prstGeom>
                  </pic:spPr>
                </pic:pic>
              </a:graphicData>
            </a:graphic>
          </wp:inline>
        </w:drawing>
      </w:r>
    </w:p>
    <w:p w14:paraId="401DCF9D" w14:textId="77777777" w:rsidR="004B2FA9" w:rsidRPr="0059587C" w:rsidRDefault="004B2FA9" w:rsidP="000222A4">
      <w:pPr>
        <w:spacing w:after="0" w:line="240" w:lineRule="auto"/>
        <w:rPr>
          <w:rFonts w:ascii="Times New Roman" w:hAnsi="Times New Roman" w:cs="Times New Roman"/>
          <w:noProof/>
          <w:sz w:val="24"/>
          <w:szCs w:val="24"/>
          <w:lang w:val="id-ID"/>
        </w:rPr>
      </w:pPr>
    </w:p>
    <w:p w14:paraId="6DBFD71D" w14:textId="0E9369D0" w:rsidR="004B2FA9" w:rsidRPr="0059587C" w:rsidRDefault="004B2FA9"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lastRenderedPageBreak/>
        <w:drawing>
          <wp:inline distT="0" distB="0" distL="0" distR="0" wp14:anchorId="484F0E61" wp14:editId="0C3EA494">
            <wp:extent cx="5150417" cy="2781300"/>
            <wp:effectExtent l="0" t="0" r="0" b="0"/>
            <wp:docPr id="59131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14318" name=""/>
                    <pic:cNvPicPr/>
                  </pic:nvPicPr>
                  <pic:blipFill rotWithShape="1">
                    <a:blip r:embed="rId14"/>
                    <a:srcRect t="-1" b="27799"/>
                    <a:stretch/>
                  </pic:blipFill>
                  <pic:spPr bwMode="auto">
                    <a:xfrm>
                      <a:off x="0" y="0"/>
                      <a:ext cx="5161908" cy="2787505"/>
                    </a:xfrm>
                    <a:prstGeom prst="rect">
                      <a:avLst/>
                    </a:prstGeom>
                    <a:ln>
                      <a:noFill/>
                    </a:ln>
                    <a:extLst>
                      <a:ext uri="{53640926-AAD7-44D8-BBD7-CCE9431645EC}">
                        <a14:shadowObscured xmlns:a14="http://schemas.microsoft.com/office/drawing/2010/main"/>
                      </a:ext>
                    </a:extLst>
                  </pic:spPr>
                </pic:pic>
              </a:graphicData>
            </a:graphic>
          </wp:inline>
        </w:drawing>
      </w:r>
    </w:p>
    <w:p w14:paraId="47F8F2FA" w14:textId="40059CD5" w:rsidR="004C3CF7" w:rsidRPr="0059587C" w:rsidRDefault="004C3CF7" w:rsidP="000222A4">
      <w:pPr>
        <w:spacing w:after="0" w:line="240" w:lineRule="auto"/>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 xml:space="preserve">Contoh latihan “Melengkapi kalimat”. Pada latihan ini murid </w:t>
      </w:r>
      <w:r w:rsidR="00443942" w:rsidRPr="0059587C">
        <w:rPr>
          <w:rFonts w:ascii="Times New Roman" w:hAnsi="Times New Roman" w:cs="Times New Roman"/>
          <w:noProof/>
          <w:sz w:val="24"/>
          <w:szCs w:val="24"/>
          <w:lang w:val="id-ID"/>
        </w:rPr>
        <w:t>memperkenalkan diri sendiri secara lisan.</w:t>
      </w:r>
    </w:p>
    <w:p w14:paraId="27D4FC92" w14:textId="00C606A1" w:rsidR="001D667B" w:rsidRPr="0059587C" w:rsidRDefault="004B2FA9" w:rsidP="000222A4">
      <w:pPr>
        <w:spacing w:after="0" w:line="240" w:lineRule="auto"/>
        <w:jc w:val="center"/>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drawing>
          <wp:inline distT="0" distB="0" distL="0" distR="0" wp14:anchorId="6A02D74A" wp14:editId="6934217E">
            <wp:extent cx="5486400" cy="2999740"/>
            <wp:effectExtent l="0" t="0" r="0" b="0"/>
            <wp:docPr id="102450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02276" name=""/>
                    <pic:cNvPicPr/>
                  </pic:nvPicPr>
                  <pic:blipFill>
                    <a:blip r:embed="rId15"/>
                    <a:stretch>
                      <a:fillRect/>
                    </a:stretch>
                  </pic:blipFill>
                  <pic:spPr>
                    <a:xfrm>
                      <a:off x="0" y="0"/>
                      <a:ext cx="5486400" cy="2999740"/>
                    </a:xfrm>
                    <a:prstGeom prst="rect">
                      <a:avLst/>
                    </a:prstGeom>
                  </pic:spPr>
                </pic:pic>
              </a:graphicData>
            </a:graphic>
          </wp:inline>
        </w:drawing>
      </w:r>
    </w:p>
    <w:p w14:paraId="5BD1DFFA" w14:textId="5C3779E5" w:rsidR="007A381B" w:rsidRPr="0059587C" w:rsidRDefault="007A381B"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Menurut penelitian dan pengalaman pribadi penulis makalah ini</w:t>
      </w:r>
      <w:r w:rsidR="00015197" w:rsidRPr="0059587C">
        <w:rPr>
          <w:rFonts w:ascii="Times New Roman" w:hAnsi="Times New Roman" w:cs="Times New Roman"/>
          <w:noProof/>
          <w:sz w:val="24"/>
          <w:szCs w:val="24"/>
          <w:lang w:val="id-ID"/>
        </w:rPr>
        <w:t>,</w:t>
      </w:r>
      <w:r w:rsidRPr="0059587C">
        <w:rPr>
          <w:rFonts w:ascii="Times New Roman" w:hAnsi="Times New Roman" w:cs="Times New Roman"/>
          <w:noProof/>
          <w:sz w:val="24"/>
          <w:szCs w:val="24"/>
          <w:lang w:val="id-ID"/>
        </w:rPr>
        <w:t xml:space="preserve"> </w:t>
      </w:r>
      <w:r w:rsidR="0059587C" w:rsidRPr="0059587C">
        <w:rPr>
          <w:rFonts w:ascii="Times New Roman" w:hAnsi="Times New Roman" w:cs="Times New Roman"/>
          <w:noProof/>
          <w:sz w:val="24"/>
          <w:szCs w:val="24"/>
          <w:lang w:val="id-ID"/>
        </w:rPr>
        <w:t>BERBICARA</w:t>
      </w:r>
      <w:r w:rsidRPr="0059587C">
        <w:rPr>
          <w:rFonts w:ascii="Times New Roman" w:hAnsi="Times New Roman" w:cs="Times New Roman"/>
          <w:noProof/>
          <w:sz w:val="24"/>
          <w:szCs w:val="24"/>
          <w:lang w:val="id-ID"/>
        </w:rPr>
        <w:t xml:space="preserve"> adalah keterampilan yang tersulit bagi penutur Bahasa Rusia. </w:t>
      </w:r>
    </w:p>
    <w:p w14:paraId="1E7F46E4" w14:textId="282A8190" w:rsidR="001D667B" w:rsidRPr="0059587C" w:rsidRDefault="00443942" w:rsidP="000222A4">
      <w:pPr>
        <w:spacing w:after="0" w:line="240" w:lineRule="auto"/>
        <w:jc w:val="both"/>
        <w:rPr>
          <w:rFonts w:ascii="Times New Roman" w:hAnsi="Times New Roman" w:cs="Times New Roman"/>
          <w:i/>
          <w:iCs/>
          <w:noProof/>
          <w:sz w:val="24"/>
          <w:szCs w:val="24"/>
          <w:lang w:val="id-ID"/>
        </w:rPr>
      </w:pPr>
      <w:r w:rsidRPr="0059587C">
        <w:rPr>
          <w:rFonts w:ascii="Times New Roman" w:hAnsi="Times New Roman" w:cs="Times New Roman"/>
          <w:i/>
          <w:iCs/>
          <w:noProof/>
          <w:sz w:val="24"/>
          <w:szCs w:val="24"/>
          <w:lang w:val="id-ID"/>
        </w:rPr>
        <w:t>Data Penelitian Pendukung</w:t>
      </w:r>
    </w:p>
    <w:p w14:paraId="13CF5C6B" w14:textId="77777777" w:rsidR="001D667B" w:rsidRPr="0059587C" w:rsidRDefault="00000000"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 xml:space="preserve">- 78% penutur Rusia mengalami kesalahan afiksasi me- dan ber- (Penelitian Setiawati, 2022).  </w:t>
      </w:r>
    </w:p>
    <w:p w14:paraId="15192235" w14:textId="77777777" w:rsidR="001D667B" w:rsidRPr="0059587C" w:rsidRDefault="00000000"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 xml:space="preserve">- Penggunaan AI dalam kelas BIPA meningkatkan kecepatan penyusunan materi hingga 60% (Sudaryanto, 2023).  </w:t>
      </w:r>
    </w:p>
    <w:p w14:paraId="0041FA9D" w14:textId="7B405AA0" w:rsidR="001D667B" w:rsidRPr="0059587C" w:rsidRDefault="00000000" w:rsidP="000222A4">
      <w:pPr>
        <w:spacing w:after="0" w:line="240" w:lineRule="auto"/>
        <w:jc w:val="both"/>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- 85% pemelajar menyatakan latihan berbasis AI lebih variatif dan mudah dipahami (Survei BIPA Internasional 2024).</w:t>
      </w:r>
    </w:p>
    <w:p w14:paraId="4619DCB7" w14:textId="2B01BC79" w:rsidR="001D667B" w:rsidRPr="0059587C" w:rsidRDefault="00AB5DF0" w:rsidP="000222A4">
      <w:pPr>
        <w:spacing w:after="0" w:line="240" w:lineRule="auto"/>
        <w:rPr>
          <w:rFonts w:ascii="Times New Roman" w:hAnsi="Times New Roman" w:cs="Times New Roman"/>
          <w:i/>
          <w:iCs/>
          <w:noProof/>
          <w:sz w:val="24"/>
          <w:szCs w:val="24"/>
          <w:lang w:val="id-ID"/>
        </w:rPr>
      </w:pPr>
      <w:r w:rsidRPr="0059587C">
        <w:rPr>
          <w:rFonts w:ascii="Times New Roman" w:hAnsi="Times New Roman" w:cs="Times New Roman"/>
          <w:i/>
          <w:iCs/>
          <w:noProof/>
          <w:sz w:val="24"/>
          <w:szCs w:val="24"/>
          <w:lang w:val="id-ID"/>
        </w:rPr>
        <w:t>Implementasi dalam Penulisan Buku Ajar</w:t>
      </w:r>
    </w:p>
    <w:p w14:paraId="3242CECE" w14:textId="54466542" w:rsidR="00A33EC5" w:rsidRPr="0018241B" w:rsidRDefault="00000000" w:rsidP="002E0864">
      <w:pPr>
        <w:spacing w:after="0" w:line="240" w:lineRule="auto"/>
        <w:rPr>
          <w:rFonts w:ascii="Times New Roman" w:hAnsi="Times New Roman" w:cs="Times New Roman"/>
          <w:noProof/>
          <w:sz w:val="24"/>
          <w:szCs w:val="24"/>
          <w:lang w:val="id-ID"/>
        </w:rPr>
      </w:pPr>
      <w:r w:rsidRPr="0059587C">
        <w:rPr>
          <w:rFonts w:ascii="Times New Roman" w:hAnsi="Times New Roman" w:cs="Times New Roman"/>
          <w:noProof/>
          <w:sz w:val="24"/>
          <w:szCs w:val="24"/>
          <w:lang w:val="id-ID"/>
        </w:rPr>
        <w:t>Langkah implementasi:</w:t>
      </w:r>
      <w:r w:rsidR="0059587C"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a. mengidentifikasi kebutuhan penutur Rusia</w:t>
      </w:r>
      <w:r w:rsidR="0059587C"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b. meminta AI menghasilkan draft latihan</w:t>
      </w:r>
      <w:r w:rsidR="0059587C"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 xml:space="preserve">c. menyunting dengan mempertimbangkan </w:t>
      </w:r>
      <w:r w:rsidR="000058E6" w:rsidRPr="0059587C">
        <w:rPr>
          <w:rFonts w:ascii="Times New Roman" w:hAnsi="Times New Roman" w:cs="Times New Roman"/>
          <w:noProof/>
          <w:sz w:val="24"/>
          <w:szCs w:val="24"/>
          <w:lang w:val="id-ID"/>
        </w:rPr>
        <w:t xml:space="preserve">tingkat dan </w:t>
      </w:r>
      <w:r w:rsidRPr="0059587C">
        <w:rPr>
          <w:rFonts w:ascii="Times New Roman" w:hAnsi="Times New Roman" w:cs="Times New Roman"/>
          <w:noProof/>
          <w:sz w:val="24"/>
          <w:szCs w:val="24"/>
          <w:lang w:val="id-ID"/>
        </w:rPr>
        <w:t>budaya</w:t>
      </w:r>
      <w:r w:rsidR="0059587C"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d. menguji di kelas BIPA</w:t>
      </w:r>
      <w:r w:rsidR="0059587C" w:rsidRPr="0059587C">
        <w:rPr>
          <w:rFonts w:ascii="Times New Roman" w:hAnsi="Times New Roman" w:cs="Times New Roman"/>
          <w:noProof/>
          <w:sz w:val="24"/>
          <w:szCs w:val="24"/>
          <w:lang w:val="id-ID"/>
        </w:rPr>
        <w:t xml:space="preserve">; </w:t>
      </w:r>
      <w:r w:rsidRPr="0059587C">
        <w:rPr>
          <w:rFonts w:ascii="Times New Roman" w:hAnsi="Times New Roman" w:cs="Times New Roman"/>
          <w:noProof/>
          <w:sz w:val="24"/>
          <w:szCs w:val="24"/>
          <w:lang w:val="id-ID"/>
        </w:rPr>
        <w:t>e. revisi dan finalisasi.</w:t>
      </w:r>
    </w:p>
    <w:sectPr w:rsidR="00A33EC5" w:rsidRPr="0018241B" w:rsidSect="00534E8A">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C63482"/>
    <w:multiLevelType w:val="multilevel"/>
    <w:tmpl w:val="4CEEB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337A52"/>
    <w:multiLevelType w:val="multilevel"/>
    <w:tmpl w:val="DF22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76352"/>
    <w:multiLevelType w:val="multilevel"/>
    <w:tmpl w:val="276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115EB1"/>
    <w:multiLevelType w:val="multilevel"/>
    <w:tmpl w:val="E584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017B17"/>
    <w:multiLevelType w:val="multilevel"/>
    <w:tmpl w:val="D6F6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C6B9D"/>
    <w:multiLevelType w:val="multilevel"/>
    <w:tmpl w:val="7B42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56694D"/>
    <w:multiLevelType w:val="multilevel"/>
    <w:tmpl w:val="DC6A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4C536A"/>
    <w:multiLevelType w:val="multilevel"/>
    <w:tmpl w:val="A88A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4A5291"/>
    <w:multiLevelType w:val="multilevel"/>
    <w:tmpl w:val="8B38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52AB8"/>
    <w:multiLevelType w:val="multilevel"/>
    <w:tmpl w:val="2BF6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C56B31"/>
    <w:multiLevelType w:val="multilevel"/>
    <w:tmpl w:val="14C88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E34800"/>
    <w:multiLevelType w:val="multilevel"/>
    <w:tmpl w:val="C8E46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370814"/>
    <w:multiLevelType w:val="multilevel"/>
    <w:tmpl w:val="48CE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300025"/>
    <w:multiLevelType w:val="multilevel"/>
    <w:tmpl w:val="6206E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8869177">
    <w:abstractNumId w:val="8"/>
  </w:num>
  <w:num w:numId="2" w16cid:durableId="688265002">
    <w:abstractNumId w:val="6"/>
  </w:num>
  <w:num w:numId="3" w16cid:durableId="1973705664">
    <w:abstractNumId w:val="5"/>
  </w:num>
  <w:num w:numId="4" w16cid:durableId="1116752860">
    <w:abstractNumId w:val="4"/>
  </w:num>
  <w:num w:numId="5" w16cid:durableId="11886649">
    <w:abstractNumId w:val="7"/>
  </w:num>
  <w:num w:numId="6" w16cid:durableId="1863739146">
    <w:abstractNumId w:val="3"/>
  </w:num>
  <w:num w:numId="7" w16cid:durableId="877162067">
    <w:abstractNumId w:val="2"/>
  </w:num>
  <w:num w:numId="8" w16cid:durableId="240065485">
    <w:abstractNumId w:val="1"/>
  </w:num>
  <w:num w:numId="9" w16cid:durableId="1276268">
    <w:abstractNumId w:val="0"/>
  </w:num>
  <w:num w:numId="10" w16cid:durableId="28530292">
    <w:abstractNumId w:val="15"/>
  </w:num>
  <w:num w:numId="11" w16cid:durableId="1345664771">
    <w:abstractNumId w:val="17"/>
  </w:num>
  <w:num w:numId="12" w16cid:durableId="1711152453">
    <w:abstractNumId w:val="13"/>
  </w:num>
  <w:num w:numId="13" w16cid:durableId="1231113566">
    <w:abstractNumId w:val="11"/>
  </w:num>
  <w:num w:numId="14" w16cid:durableId="312370613">
    <w:abstractNumId w:val="16"/>
  </w:num>
  <w:num w:numId="15" w16cid:durableId="727611919">
    <w:abstractNumId w:val="12"/>
  </w:num>
  <w:num w:numId="16" w16cid:durableId="1250385818">
    <w:abstractNumId w:val="21"/>
  </w:num>
  <w:num w:numId="17" w16cid:durableId="1068117745">
    <w:abstractNumId w:val="9"/>
  </w:num>
  <w:num w:numId="18" w16cid:durableId="600340542">
    <w:abstractNumId w:val="10"/>
  </w:num>
  <w:num w:numId="19" w16cid:durableId="1033731349">
    <w:abstractNumId w:val="14"/>
  </w:num>
  <w:num w:numId="20" w16cid:durableId="1782650100">
    <w:abstractNumId w:val="19"/>
  </w:num>
  <w:num w:numId="21" w16cid:durableId="1545168138">
    <w:abstractNumId w:val="22"/>
  </w:num>
  <w:num w:numId="22" w16cid:durableId="915238038">
    <w:abstractNumId w:val="18"/>
  </w:num>
  <w:num w:numId="23" w16cid:durableId="7641140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16F0"/>
    <w:rsid w:val="000045F9"/>
    <w:rsid w:val="000058E6"/>
    <w:rsid w:val="00015197"/>
    <w:rsid w:val="000222A4"/>
    <w:rsid w:val="00034616"/>
    <w:rsid w:val="0006063C"/>
    <w:rsid w:val="000D6DF4"/>
    <w:rsid w:val="00142587"/>
    <w:rsid w:val="0015074B"/>
    <w:rsid w:val="001622AE"/>
    <w:rsid w:val="0016502E"/>
    <w:rsid w:val="0018241B"/>
    <w:rsid w:val="001A53F6"/>
    <w:rsid w:val="001D02CD"/>
    <w:rsid w:val="001D667B"/>
    <w:rsid w:val="002671C2"/>
    <w:rsid w:val="00283566"/>
    <w:rsid w:val="0029639D"/>
    <w:rsid w:val="002A2A58"/>
    <w:rsid w:val="002E0864"/>
    <w:rsid w:val="002F6633"/>
    <w:rsid w:val="00326F90"/>
    <w:rsid w:val="00377595"/>
    <w:rsid w:val="00443942"/>
    <w:rsid w:val="004566B1"/>
    <w:rsid w:val="0047235D"/>
    <w:rsid w:val="00476008"/>
    <w:rsid w:val="00491709"/>
    <w:rsid w:val="004922E6"/>
    <w:rsid w:val="004B2FA9"/>
    <w:rsid w:val="004B3666"/>
    <w:rsid w:val="004C3CF7"/>
    <w:rsid w:val="004E64CF"/>
    <w:rsid w:val="00534E8A"/>
    <w:rsid w:val="0059587C"/>
    <w:rsid w:val="006202AE"/>
    <w:rsid w:val="006317B2"/>
    <w:rsid w:val="006A7A96"/>
    <w:rsid w:val="0070415C"/>
    <w:rsid w:val="007A381B"/>
    <w:rsid w:val="0081369C"/>
    <w:rsid w:val="008B76F0"/>
    <w:rsid w:val="008D639B"/>
    <w:rsid w:val="0096312B"/>
    <w:rsid w:val="009C7AF1"/>
    <w:rsid w:val="00A33EC5"/>
    <w:rsid w:val="00A36A3E"/>
    <w:rsid w:val="00A771A9"/>
    <w:rsid w:val="00AA1D8D"/>
    <w:rsid w:val="00AB5DF0"/>
    <w:rsid w:val="00B47730"/>
    <w:rsid w:val="00C47593"/>
    <w:rsid w:val="00C6381E"/>
    <w:rsid w:val="00CA01EF"/>
    <w:rsid w:val="00CB0664"/>
    <w:rsid w:val="00D12D9E"/>
    <w:rsid w:val="00D55045"/>
    <w:rsid w:val="00D75777"/>
    <w:rsid w:val="00D9055B"/>
    <w:rsid w:val="00E23CD3"/>
    <w:rsid w:val="00E61B86"/>
    <w:rsid w:val="00E67391"/>
    <w:rsid w:val="00F35A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894A75"/>
  <w14:defaultImageDpi w14:val="300"/>
  <w15:docId w15:val="{89F57680-2D1A-48D9-A1D3-EA9CBF55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4723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9832">
      <w:bodyDiv w:val="1"/>
      <w:marLeft w:val="0"/>
      <w:marRight w:val="0"/>
      <w:marTop w:val="0"/>
      <w:marBottom w:val="0"/>
      <w:divBdr>
        <w:top w:val="none" w:sz="0" w:space="0" w:color="auto"/>
        <w:left w:val="none" w:sz="0" w:space="0" w:color="auto"/>
        <w:bottom w:val="none" w:sz="0" w:space="0" w:color="auto"/>
        <w:right w:val="none" w:sz="0" w:space="0" w:color="auto"/>
      </w:divBdr>
    </w:div>
    <w:div w:id="48580753">
      <w:bodyDiv w:val="1"/>
      <w:marLeft w:val="0"/>
      <w:marRight w:val="0"/>
      <w:marTop w:val="0"/>
      <w:marBottom w:val="0"/>
      <w:divBdr>
        <w:top w:val="none" w:sz="0" w:space="0" w:color="auto"/>
        <w:left w:val="none" w:sz="0" w:space="0" w:color="auto"/>
        <w:bottom w:val="none" w:sz="0" w:space="0" w:color="auto"/>
        <w:right w:val="none" w:sz="0" w:space="0" w:color="auto"/>
      </w:divBdr>
    </w:div>
    <w:div w:id="171259736">
      <w:bodyDiv w:val="1"/>
      <w:marLeft w:val="0"/>
      <w:marRight w:val="0"/>
      <w:marTop w:val="0"/>
      <w:marBottom w:val="0"/>
      <w:divBdr>
        <w:top w:val="none" w:sz="0" w:space="0" w:color="auto"/>
        <w:left w:val="none" w:sz="0" w:space="0" w:color="auto"/>
        <w:bottom w:val="none" w:sz="0" w:space="0" w:color="auto"/>
        <w:right w:val="none" w:sz="0" w:space="0" w:color="auto"/>
      </w:divBdr>
    </w:div>
    <w:div w:id="231936476">
      <w:bodyDiv w:val="1"/>
      <w:marLeft w:val="0"/>
      <w:marRight w:val="0"/>
      <w:marTop w:val="0"/>
      <w:marBottom w:val="0"/>
      <w:divBdr>
        <w:top w:val="none" w:sz="0" w:space="0" w:color="auto"/>
        <w:left w:val="none" w:sz="0" w:space="0" w:color="auto"/>
        <w:bottom w:val="none" w:sz="0" w:space="0" w:color="auto"/>
        <w:right w:val="none" w:sz="0" w:space="0" w:color="auto"/>
      </w:divBdr>
    </w:div>
    <w:div w:id="232282555">
      <w:bodyDiv w:val="1"/>
      <w:marLeft w:val="0"/>
      <w:marRight w:val="0"/>
      <w:marTop w:val="0"/>
      <w:marBottom w:val="0"/>
      <w:divBdr>
        <w:top w:val="none" w:sz="0" w:space="0" w:color="auto"/>
        <w:left w:val="none" w:sz="0" w:space="0" w:color="auto"/>
        <w:bottom w:val="none" w:sz="0" w:space="0" w:color="auto"/>
        <w:right w:val="none" w:sz="0" w:space="0" w:color="auto"/>
      </w:divBdr>
    </w:div>
    <w:div w:id="406878046">
      <w:bodyDiv w:val="1"/>
      <w:marLeft w:val="0"/>
      <w:marRight w:val="0"/>
      <w:marTop w:val="0"/>
      <w:marBottom w:val="0"/>
      <w:divBdr>
        <w:top w:val="none" w:sz="0" w:space="0" w:color="auto"/>
        <w:left w:val="none" w:sz="0" w:space="0" w:color="auto"/>
        <w:bottom w:val="none" w:sz="0" w:space="0" w:color="auto"/>
        <w:right w:val="none" w:sz="0" w:space="0" w:color="auto"/>
      </w:divBdr>
    </w:div>
    <w:div w:id="414321608">
      <w:bodyDiv w:val="1"/>
      <w:marLeft w:val="0"/>
      <w:marRight w:val="0"/>
      <w:marTop w:val="0"/>
      <w:marBottom w:val="0"/>
      <w:divBdr>
        <w:top w:val="none" w:sz="0" w:space="0" w:color="auto"/>
        <w:left w:val="none" w:sz="0" w:space="0" w:color="auto"/>
        <w:bottom w:val="none" w:sz="0" w:space="0" w:color="auto"/>
        <w:right w:val="none" w:sz="0" w:space="0" w:color="auto"/>
      </w:divBdr>
    </w:div>
    <w:div w:id="452866735">
      <w:bodyDiv w:val="1"/>
      <w:marLeft w:val="0"/>
      <w:marRight w:val="0"/>
      <w:marTop w:val="0"/>
      <w:marBottom w:val="0"/>
      <w:divBdr>
        <w:top w:val="none" w:sz="0" w:space="0" w:color="auto"/>
        <w:left w:val="none" w:sz="0" w:space="0" w:color="auto"/>
        <w:bottom w:val="none" w:sz="0" w:space="0" w:color="auto"/>
        <w:right w:val="none" w:sz="0" w:space="0" w:color="auto"/>
      </w:divBdr>
    </w:div>
    <w:div w:id="650789387">
      <w:bodyDiv w:val="1"/>
      <w:marLeft w:val="0"/>
      <w:marRight w:val="0"/>
      <w:marTop w:val="0"/>
      <w:marBottom w:val="0"/>
      <w:divBdr>
        <w:top w:val="none" w:sz="0" w:space="0" w:color="auto"/>
        <w:left w:val="none" w:sz="0" w:space="0" w:color="auto"/>
        <w:bottom w:val="none" w:sz="0" w:space="0" w:color="auto"/>
        <w:right w:val="none" w:sz="0" w:space="0" w:color="auto"/>
      </w:divBdr>
    </w:div>
    <w:div w:id="751269701">
      <w:bodyDiv w:val="1"/>
      <w:marLeft w:val="0"/>
      <w:marRight w:val="0"/>
      <w:marTop w:val="0"/>
      <w:marBottom w:val="0"/>
      <w:divBdr>
        <w:top w:val="none" w:sz="0" w:space="0" w:color="auto"/>
        <w:left w:val="none" w:sz="0" w:space="0" w:color="auto"/>
        <w:bottom w:val="none" w:sz="0" w:space="0" w:color="auto"/>
        <w:right w:val="none" w:sz="0" w:space="0" w:color="auto"/>
      </w:divBdr>
    </w:div>
    <w:div w:id="944380949">
      <w:bodyDiv w:val="1"/>
      <w:marLeft w:val="0"/>
      <w:marRight w:val="0"/>
      <w:marTop w:val="0"/>
      <w:marBottom w:val="0"/>
      <w:divBdr>
        <w:top w:val="none" w:sz="0" w:space="0" w:color="auto"/>
        <w:left w:val="none" w:sz="0" w:space="0" w:color="auto"/>
        <w:bottom w:val="none" w:sz="0" w:space="0" w:color="auto"/>
        <w:right w:val="none" w:sz="0" w:space="0" w:color="auto"/>
      </w:divBdr>
    </w:div>
    <w:div w:id="1113285385">
      <w:bodyDiv w:val="1"/>
      <w:marLeft w:val="0"/>
      <w:marRight w:val="0"/>
      <w:marTop w:val="0"/>
      <w:marBottom w:val="0"/>
      <w:divBdr>
        <w:top w:val="none" w:sz="0" w:space="0" w:color="auto"/>
        <w:left w:val="none" w:sz="0" w:space="0" w:color="auto"/>
        <w:bottom w:val="none" w:sz="0" w:space="0" w:color="auto"/>
        <w:right w:val="none" w:sz="0" w:space="0" w:color="auto"/>
      </w:divBdr>
    </w:div>
    <w:div w:id="1179584074">
      <w:bodyDiv w:val="1"/>
      <w:marLeft w:val="0"/>
      <w:marRight w:val="0"/>
      <w:marTop w:val="0"/>
      <w:marBottom w:val="0"/>
      <w:divBdr>
        <w:top w:val="none" w:sz="0" w:space="0" w:color="auto"/>
        <w:left w:val="none" w:sz="0" w:space="0" w:color="auto"/>
        <w:bottom w:val="none" w:sz="0" w:space="0" w:color="auto"/>
        <w:right w:val="none" w:sz="0" w:space="0" w:color="auto"/>
      </w:divBdr>
    </w:div>
    <w:div w:id="1378890787">
      <w:bodyDiv w:val="1"/>
      <w:marLeft w:val="0"/>
      <w:marRight w:val="0"/>
      <w:marTop w:val="0"/>
      <w:marBottom w:val="0"/>
      <w:divBdr>
        <w:top w:val="none" w:sz="0" w:space="0" w:color="auto"/>
        <w:left w:val="none" w:sz="0" w:space="0" w:color="auto"/>
        <w:bottom w:val="none" w:sz="0" w:space="0" w:color="auto"/>
        <w:right w:val="none" w:sz="0" w:space="0" w:color="auto"/>
      </w:divBdr>
    </w:div>
    <w:div w:id="1463772792">
      <w:bodyDiv w:val="1"/>
      <w:marLeft w:val="0"/>
      <w:marRight w:val="0"/>
      <w:marTop w:val="0"/>
      <w:marBottom w:val="0"/>
      <w:divBdr>
        <w:top w:val="none" w:sz="0" w:space="0" w:color="auto"/>
        <w:left w:val="none" w:sz="0" w:space="0" w:color="auto"/>
        <w:bottom w:val="none" w:sz="0" w:space="0" w:color="auto"/>
        <w:right w:val="none" w:sz="0" w:space="0" w:color="auto"/>
      </w:divBdr>
    </w:div>
    <w:div w:id="1599369735">
      <w:bodyDiv w:val="1"/>
      <w:marLeft w:val="0"/>
      <w:marRight w:val="0"/>
      <w:marTop w:val="0"/>
      <w:marBottom w:val="0"/>
      <w:divBdr>
        <w:top w:val="none" w:sz="0" w:space="0" w:color="auto"/>
        <w:left w:val="none" w:sz="0" w:space="0" w:color="auto"/>
        <w:bottom w:val="none" w:sz="0" w:space="0" w:color="auto"/>
        <w:right w:val="none" w:sz="0" w:space="0" w:color="auto"/>
      </w:divBdr>
    </w:div>
    <w:div w:id="1648705202">
      <w:bodyDiv w:val="1"/>
      <w:marLeft w:val="0"/>
      <w:marRight w:val="0"/>
      <w:marTop w:val="0"/>
      <w:marBottom w:val="0"/>
      <w:divBdr>
        <w:top w:val="none" w:sz="0" w:space="0" w:color="auto"/>
        <w:left w:val="none" w:sz="0" w:space="0" w:color="auto"/>
        <w:bottom w:val="none" w:sz="0" w:space="0" w:color="auto"/>
        <w:right w:val="none" w:sz="0" w:space="0" w:color="auto"/>
      </w:divBdr>
    </w:div>
    <w:div w:id="1676301800">
      <w:bodyDiv w:val="1"/>
      <w:marLeft w:val="0"/>
      <w:marRight w:val="0"/>
      <w:marTop w:val="0"/>
      <w:marBottom w:val="0"/>
      <w:divBdr>
        <w:top w:val="none" w:sz="0" w:space="0" w:color="auto"/>
        <w:left w:val="none" w:sz="0" w:space="0" w:color="auto"/>
        <w:bottom w:val="none" w:sz="0" w:space="0" w:color="auto"/>
        <w:right w:val="none" w:sz="0" w:space="0" w:color="auto"/>
      </w:divBdr>
    </w:div>
    <w:div w:id="1698238525">
      <w:bodyDiv w:val="1"/>
      <w:marLeft w:val="0"/>
      <w:marRight w:val="0"/>
      <w:marTop w:val="0"/>
      <w:marBottom w:val="0"/>
      <w:divBdr>
        <w:top w:val="none" w:sz="0" w:space="0" w:color="auto"/>
        <w:left w:val="none" w:sz="0" w:space="0" w:color="auto"/>
        <w:bottom w:val="none" w:sz="0" w:space="0" w:color="auto"/>
        <w:right w:val="none" w:sz="0" w:space="0" w:color="auto"/>
      </w:divBdr>
    </w:div>
    <w:div w:id="1699353324">
      <w:bodyDiv w:val="1"/>
      <w:marLeft w:val="0"/>
      <w:marRight w:val="0"/>
      <w:marTop w:val="0"/>
      <w:marBottom w:val="0"/>
      <w:divBdr>
        <w:top w:val="none" w:sz="0" w:space="0" w:color="auto"/>
        <w:left w:val="none" w:sz="0" w:space="0" w:color="auto"/>
        <w:bottom w:val="none" w:sz="0" w:space="0" w:color="auto"/>
        <w:right w:val="none" w:sz="0" w:space="0" w:color="auto"/>
      </w:divBdr>
    </w:div>
    <w:div w:id="1845779755">
      <w:bodyDiv w:val="1"/>
      <w:marLeft w:val="0"/>
      <w:marRight w:val="0"/>
      <w:marTop w:val="0"/>
      <w:marBottom w:val="0"/>
      <w:divBdr>
        <w:top w:val="none" w:sz="0" w:space="0" w:color="auto"/>
        <w:left w:val="none" w:sz="0" w:space="0" w:color="auto"/>
        <w:bottom w:val="none" w:sz="0" w:space="0" w:color="auto"/>
        <w:right w:val="none" w:sz="0" w:space="0" w:color="auto"/>
      </w:divBdr>
    </w:div>
    <w:div w:id="1869949770">
      <w:bodyDiv w:val="1"/>
      <w:marLeft w:val="0"/>
      <w:marRight w:val="0"/>
      <w:marTop w:val="0"/>
      <w:marBottom w:val="0"/>
      <w:divBdr>
        <w:top w:val="none" w:sz="0" w:space="0" w:color="auto"/>
        <w:left w:val="none" w:sz="0" w:space="0" w:color="auto"/>
        <w:bottom w:val="none" w:sz="0" w:space="0" w:color="auto"/>
        <w:right w:val="none" w:sz="0" w:space="0" w:color="auto"/>
      </w:divBdr>
    </w:div>
    <w:div w:id="2008169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6</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Safira Dinara Salsabila</cp:lastModifiedBy>
  <cp:revision>21</cp:revision>
  <dcterms:created xsi:type="dcterms:W3CDTF">2013-12-23T23:15:00Z</dcterms:created>
  <dcterms:modified xsi:type="dcterms:W3CDTF">2025-12-03T08:19:00Z</dcterms:modified>
  <cp:category/>
</cp:coreProperties>
</file>